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8403" w14:textId="001CF66D" w:rsidR="007A2FFE" w:rsidRDefault="4E2F9C41">
      <w:pPr>
        <w:jc w:val="center"/>
      </w:pPr>
      <w:r w:rsidRPr="025AFC37">
        <w:rPr>
          <w:b/>
          <w:bCs/>
          <w:sz w:val="32"/>
          <w:szCs w:val="32"/>
        </w:rPr>
        <w:t xml:space="preserve">UCC </w:t>
      </w:r>
      <w:r w:rsidR="1D08613A" w:rsidRPr="025AFC37">
        <w:rPr>
          <w:b/>
          <w:bCs/>
          <w:sz w:val="32"/>
          <w:szCs w:val="32"/>
        </w:rPr>
        <w:t xml:space="preserve">Student Activity </w:t>
      </w:r>
      <w:r w:rsidRPr="025AFC37">
        <w:rPr>
          <w:b/>
          <w:bCs/>
          <w:sz w:val="32"/>
          <w:szCs w:val="32"/>
        </w:rPr>
        <w:t>Travel Health Declaration Form</w:t>
      </w:r>
    </w:p>
    <w:p w14:paraId="5C0950A9" w14:textId="43B043AA" w:rsidR="007A2FFE" w:rsidRDefault="068F5C09" w:rsidP="025AFC37">
      <w:pPr>
        <w:jc w:val="center"/>
        <w:rPr>
          <w:u w:val="single"/>
        </w:rPr>
      </w:pPr>
      <w:r w:rsidRPr="025AFC37">
        <w:rPr>
          <w:b/>
          <w:bCs/>
          <w:sz w:val="32"/>
          <w:szCs w:val="32"/>
          <w:u w:val="single"/>
        </w:rPr>
        <w:t xml:space="preserve">Confidential </w:t>
      </w:r>
    </w:p>
    <w:p w14:paraId="0750ECFC" w14:textId="77777777" w:rsidR="007A2FFE" w:rsidRDefault="4E2F9C41">
      <w:r>
        <w:t>Student Name: ________________________________________</w:t>
      </w:r>
    </w:p>
    <w:p w14:paraId="278FADFF" w14:textId="3402195F" w:rsidR="194BA9FE" w:rsidRDefault="194BA9FE">
      <w:r>
        <w:t>Student Number: ______________________________________</w:t>
      </w:r>
    </w:p>
    <w:p w14:paraId="41A8180B" w14:textId="77777777" w:rsidR="007A2FFE" w:rsidRDefault="00552908">
      <w:r>
        <w:t>Date of Birth: ________________________________________</w:t>
      </w:r>
    </w:p>
    <w:p w14:paraId="494F9B18" w14:textId="641F6558" w:rsidR="007A2FFE" w:rsidRDefault="4E2F9C41">
      <w:r>
        <w:t>Club/Society</w:t>
      </w:r>
      <w:r w:rsidR="0A4A03B1">
        <w:t>/SU</w:t>
      </w:r>
      <w:r>
        <w:t>: ________________________________________</w:t>
      </w:r>
    </w:p>
    <w:p w14:paraId="4987E0B2" w14:textId="77777777" w:rsidR="007A2FFE" w:rsidRDefault="00552908">
      <w:r>
        <w:t>Emergency Contact Name: ________________________________________</w:t>
      </w:r>
    </w:p>
    <w:p w14:paraId="5E62233A" w14:textId="77777777" w:rsidR="007A2FFE" w:rsidRDefault="00552908">
      <w:r>
        <w:t>Relationship to Student: ________________________________________</w:t>
      </w:r>
    </w:p>
    <w:p w14:paraId="15CCC130" w14:textId="77777777" w:rsidR="007A2FFE" w:rsidRDefault="00552908">
      <w:r>
        <w:t>Emergency Contact Number: ________________________________________</w:t>
      </w:r>
    </w:p>
    <w:p w14:paraId="4441409F" w14:textId="77777777" w:rsidR="007A2FFE" w:rsidRDefault="00552908">
      <w:pPr>
        <w:pStyle w:val="Heading1"/>
      </w:pPr>
      <w:r>
        <w:t>Health Declaration</w:t>
      </w:r>
    </w:p>
    <w:p w14:paraId="3A2A9A88" w14:textId="77777777" w:rsidR="007A2FFE" w:rsidRDefault="00552908">
      <w:r>
        <w:t>To help ensure your safety during travel and fieldwork activities, please provide accurate and up-to-date information about your health.</w:t>
      </w:r>
    </w:p>
    <w:p w14:paraId="5D334F51" w14:textId="77777777" w:rsidR="007A2FFE" w:rsidRDefault="00552908">
      <w:pPr>
        <w:pStyle w:val="Heading2"/>
      </w:pPr>
      <w:r>
        <w:t>1. Allergies (Please provide full details)</w:t>
      </w:r>
    </w:p>
    <w:p w14:paraId="7D8FD4EE" w14:textId="77777777" w:rsidR="007A2FFE" w:rsidRDefault="00552908">
      <w:r>
        <w:t>__________________________________________________________________</w:t>
      </w:r>
    </w:p>
    <w:p w14:paraId="2BE32E4E" w14:textId="77777777" w:rsidR="007A2FFE" w:rsidRDefault="00552908">
      <w:r>
        <w:t>__________________________________________________________________</w:t>
      </w:r>
    </w:p>
    <w:p w14:paraId="7D3A3829" w14:textId="77777777" w:rsidR="007A2FFE" w:rsidRDefault="00552908">
      <w:pPr>
        <w:pStyle w:val="Heading2"/>
      </w:pPr>
      <w:r>
        <w:t>2. Relevant Medical Conditions</w:t>
      </w:r>
    </w:p>
    <w:p w14:paraId="7C6CD89E" w14:textId="77777777" w:rsidR="007A2FFE" w:rsidRDefault="00552908">
      <w:r>
        <w:t>__________________________________________________________________</w:t>
      </w:r>
    </w:p>
    <w:p w14:paraId="0E9B95DA" w14:textId="77777777" w:rsidR="007A2FFE" w:rsidRDefault="00552908">
      <w:r>
        <w:t>__________________________________________________________________</w:t>
      </w:r>
    </w:p>
    <w:p w14:paraId="617C58ED" w14:textId="77777777" w:rsidR="007A2FFE" w:rsidRDefault="00552908">
      <w:pPr>
        <w:pStyle w:val="Heading2"/>
      </w:pPr>
      <w:r>
        <w:t>3. Current Medication</w:t>
      </w:r>
    </w:p>
    <w:p w14:paraId="7CD931E3" w14:textId="77777777" w:rsidR="007A2FFE" w:rsidRDefault="00552908">
      <w:r>
        <w:t>__________________________________________________________________</w:t>
      </w:r>
    </w:p>
    <w:p w14:paraId="2106422F" w14:textId="77777777" w:rsidR="007A2FFE" w:rsidRDefault="00552908">
      <w:r>
        <w:t>__________________________________________________________________</w:t>
      </w:r>
    </w:p>
    <w:p w14:paraId="4285F9A1" w14:textId="77777777" w:rsidR="007A2FFE" w:rsidRDefault="00552908">
      <w:pPr>
        <w:pStyle w:val="Heading2"/>
      </w:pPr>
      <w:r>
        <w:t>4. Dietary Requirements</w:t>
      </w:r>
    </w:p>
    <w:p w14:paraId="03FE873C" w14:textId="77777777" w:rsidR="007A2FFE" w:rsidRDefault="00552908">
      <w:r>
        <w:t>__________________________________________________________________</w:t>
      </w:r>
    </w:p>
    <w:p w14:paraId="0E69D005" w14:textId="77777777" w:rsidR="007A2FFE" w:rsidRDefault="00552908">
      <w:r>
        <w:t>__________________________________________________________________</w:t>
      </w:r>
    </w:p>
    <w:p w14:paraId="349DD123" w14:textId="77777777" w:rsidR="007A2FFE" w:rsidRDefault="00552908">
      <w:pPr>
        <w:pStyle w:val="Heading2"/>
      </w:pPr>
      <w:r>
        <w:t>5. Fitness for Travel and Fieldwork</w:t>
      </w:r>
    </w:p>
    <w:p w14:paraId="547AC39C" w14:textId="77777777" w:rsidR="007A2FFE" w:rsidRDefault="00552908">
      <w:r>
        <w:t>__________________________________________________________________</w:t>
      </w:r>
    </w:p>
    <w:p w14:paraId="790280CF" w14:textId="77777777" w:rsidR="007A2FFE" w:rsidRDefault="00552908">
      <w:r>
        <w:t>__________________________________________________________________</w:t>
      </w:r>
    </w:p>
    <w:p w14:paraId="50E67DD3" w14:textId="77777777" w:rsidR="007A2FFE" w:rsidRDefault="00552908">
      <w:pPr>
        <w:pStyle w:val="Heading2"/>
      </w:pPr>
      <w:r>
        <w:t>6. Healthcare Information</w:t>
      </w:r>
    </w:p>
    <w:p w14:paraId="73F170B1" w14:textId="77777777" w:rsidR="007A2FFE" w:rsidRDefault="00552908">
      <w:r>
        <w:t>__________________________________________________________________</w:t>
      </w:r>
    </w:p>
    <w:p w14:paraId="34319770" w14:textId="77777777" w:rsidR="007A2FFE" w:rsidRDefault="00552908">
      <w:r>
        <w:t>__________________________________________________________________</w:t>
      </w:r>
    </w:p>
    <w:p w14:paraId="5BAB57B8" w14:textId="77777777" w:rsidR="007A2FFE" w:rsidRDefault="00552908">
      <w:pPr>
        <w:pStyle w:val="Heading1"/>
      </w:pPr>
      <w:r>
        <w:t>Declaration</w:t>
      </w:r>
    </w:p>
    <w:p w14:paraId="6134A4A7" w14:textId="77777777" w:rsidR="007A2FFE" w:rsidRDefault="00552908">
      <w:r>
        <w:t>I confirm that the information provided on this form is accurate and complete to the best of my knowledge.</w:t>
      </w:r>
    </w:p>
    <w:p w14:paraId="43F98B59" w14:textId="77777777" w:rsidR="007A2FFE" w:rsidRDefault="00552908">
      <w:r>
        <w:t>Student Signature: ________________________________________</w:t>
      </w:r>
    </w:p>
    <w:p w14:paraId="7E356899" w14:textId="77777777" w:rsidR="007A2FFE" w:rsidRDefault="00552908">
      <w:r>
        <w:t>Date: ________________________________________</w:t>
      </w:r>
    </w:p>
    <w:p w14:paraId="6577D51D" w14:textId="77777777" w:rsidR="007A2FFE" w:rsidRDefault="00552908">
      <w:pPr>
        <w:pStyle w:val="Heading1"/>
      </w:pPr>
      <w:r>
        <w:t>GDPR and Data Protection Statement</w:t>
      </w:r>
    </w:p>
    <w:p w14:paraId="65ABE15E" w14:textId="77777777" w:rsidR="007A2FFE" w:rsidRDefault="00552908">
      <w:r>
        <w:t>The personal and health information collected on this form will be processed solely for the purpose of supporting student health, safety, and wellbeing during travel and fieldwork activities. Access to this information will be restricted to authorised persons who require it to fulfil their duty of care responsibilities. The information will be stored securely, retained only for as long as necessary, and handled in accordance with the General Data Protection Regulation (GDPR) and applicable data protection legislation.</w:t>
      </w:r>
    </w:p>
    <w:p w14:paraId="4C5546FA" w14:textId="77777777" w:rsidR="007A2FFE" w:rsidRDefault="00552908">
      <w:r>
        <w:t>Student Signature: ________________________________________</w:t>
      </w:r>
    </w:p>
    <w:p w14:paraId="05ECAD5A" w14:textId="77777777" w:rsidR="007A2FFE" w:rsidRDefault="00552908">
      <w:r>
        <w:t>Date: ________________________________________</w:t>
      </w:r>
    </w:p>
    <w:sectPr w:rsidR="007A2FF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1219648">
    <w:abstractNumId w:val="2"/>
  </w:num>
  <w:num w:numId="2" w16cid:durableId="1508443636">
    <w:abstractNumId w:val="8"/>
  </w:num>
  <w:num w:numId="3" w16cid:durableId="157770837">
    <w:abstractNumId w:val="0"/>
  </w:num>
  <w:num w:numId="4" w16cid:durableId="1648166079">
    <w:abstractNumId w:val="4"/>
  </w:num>
  <w:num w:numId="5" w16cid:durableId="1710259261">
    <w:abstractNumId w:val="5"/>
  </w:num>
  <w:num w:numId="6" w16cid:durableId="1923222771">
    <w:abstractNumId w:val="6"/>
  </w:num>
  <w:num w:numId="7" w16cid:durableId="2144150624">
    <w:abstractNumId w:val="1"/>
  </w:num>
  <w:num w:numId="8" w16cid:durableId="487286384">
    <w:abstractNumId w:val="7"/>
  </w:num>
  <w:num w:numId="9" w16cid:durableId="611284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6A6"/>
    <w:rsid w:val="00034616"/>
    <w:rsid w:val="0006063C"/>
    <w:rsid w:val="0015074B"/>
    <w:rsid w:val="0029639D"/>
    <w:rsid w:val="00326F90"/>
    <w:rsid w:val="00552908"/>
    <w:rsid w:val="005E401A"/>
    <w:rsid w:val="00631FBF"/>
    <w:rsid w:val="00673A40"/>
    <w:rsid w:val="00724B41"/>
    <w:rsid w:val="00763594"/>
    <w:rsid w:val="00777544"/>
    <w:rsid w:val="007A2FFE"/>
    <w:rsid w:val="00AA1D8D"/>
    <w:rsid w:val="00B407C1"/>
    <w:rsid w:val="00B47730"/>
    <w:rsid w:val="00C36E8C"/>
    <w:rsid w:val="00CB0664"/>
    <w:rsid w:val="00FC693F"/>
    <w:rsid w:val="025AFC37"/>
    <w:rsid w:val="068F5C09"/>
    <w:rsid w:val="0A4A03B1"/>
    <w:rsid w:val="0F94DAAD"/>
    <w:rsid w:val="194BA9FE"/>
    <w:rsid w:val="1D08613A"/>
    <w:rsid w:val="2897D63D"/>
    <w:rsid w:val="4BB3C556"/>
    <w:rsid w:val="4E2F9C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8A646EB5-6A88-466F-99D1-6C17FB47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O'Leary</dc:creator>
  <cp:keywords/>
  <dc:description>generated by python-docx</dc:description>
  <cp:lastModifiedBy>Maura O'Leary</cp:lastModifiedBy>
  <cp:revision>2</cp:revision>
  <dcterms:created xsi:type="dcterms:W3CDTF">2026-08-26T11:36:00Z</dcterms:created>
  <dcterms:modified xsi:type="dcterms:W3CDTF">2026-08-26T11:38:00Z</dcterms:modified>
  <cp:category/>
</cp:coreProperties>
</file>